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младший сержант Цинайтис Олег Валентинович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Цинайтис Олег Валентинович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Брест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03.08.1988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Снайпер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АБ-017739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01:49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