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Бехтерев Александр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Бехтерев Александр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Рыльщик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31.05.1990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МТ-916744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