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рядовой Бехтерев Александр Михайлович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Бехтерев Александр Михайлович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Рыльщик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31.05.1990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Механик-водитель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МТ-916744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00:55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