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ефрейтор Отинов Олег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Отинов Олег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Кронштадт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24.10.1968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СА-057578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