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ефрейтор Отинов Олег Геннадьевич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Отинов Олег Геннадьевич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Кронштадт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24.10.1968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снайпер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СА-057578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22:39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