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рядовой Гелемеев Алексей Александрович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Гелемеев Алексей Александрович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Гелёма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26.11.1980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Механик-водитель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АВ-203922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02:05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