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Гелемеев Алексей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Гелемеев Алексей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Гелёма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26.11.1980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АВ-203922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