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старший лейтенант Автаев Евгений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таев Евгений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ени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7.02.198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31070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