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старший лейтенант Автаев Евген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таев Евген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ени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02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3107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