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Дияк Руслан 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ияк Руслан 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анг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8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21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