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Дияк Руслан 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ияк Руслан 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нг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8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21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