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младший сержант Задорин Александр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Задорин Александр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Заря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11.10.1989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Х-155389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