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(2 МСР 1 мсб) в/звание рядовой Жуков Эдуард Леонидович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Жуков Эдуард Леонидович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Жук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15.01.1992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стрелок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МТ-899066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01:06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