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Возисов Александр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Возисов Александр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Волк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20.11.1973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АБ-017565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23:27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