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Шутяев Евгений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Шутяев Евгений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Шутай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09.06.1979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МТ-824860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