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(1 МСР 1 мсб) в/звание лейтенант Денисов Денис Денисович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Денисов Денис Денисович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Фанат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20.08.2003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лейтенант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 — офицеры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Командир роты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РА-161580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23:35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