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рядовой Орлов Сергей Владимирович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Орлов Сергей Владимирович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Ганжа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30.08.1978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Гранатометчик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АВ-338832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23:11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