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Орлов Сергей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Орлов Сергей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Ганжа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30.08.1978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АВ-338832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