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емёнов Руслан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ёнов Руслан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ональ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2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2793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