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Семёнов Руслан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мёнов Руслан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ональ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7.02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793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