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Поляков Дмитрий Геннадьевич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Поляков Дмитрий Геннадьевич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Добрый 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11.12.1988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помощник гранатометчика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Э-620400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21:54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