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Ларуков Дмитрий Степ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аруков Дмитрий Степ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арец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10.19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296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