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Ларуков Дмитрий Степ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руков Дмитрий Степ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рец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10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96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