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Куприянов Сергей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Куприянов Сергей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Куприн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30.11.1975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СА-059923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