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(2 МСР 1 мсб) в/звание рядовой Куприянов Сергей Владимирович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Куприянов Сергей Владимирович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Куприн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30.11.1975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Старший стрелок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СА-059923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23:11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