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(Упр. 1 мсб 1 мсб) в/звание рядовой Барышев Максим Вячеславович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Барышев Максим Вячеславович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Молекула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01.06.2006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3 — сержанты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Инструктор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СА-550430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06.11.2026 21:55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