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(Упр. 1 мсб 1 мсб) в/звание рядовой Барышев Максим Вячеславович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Барышев Максим Вячеславович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Молекула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01.06.2006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Инструктор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СА-550430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23:27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