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ефрейтор Попов Михаил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Попов Михаил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Пропеллер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30.08.1999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МТ-927768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