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лейтенант Солонец Максим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Солонец Максим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Копатыч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13.12.1997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ЕХ-716059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