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младший сержант Эшбеков Комилжон Маматович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Эшбеков Комилжон Маматович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Вышка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12.01.1974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СА-020624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