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(2 МСР 1 мсб) в/звание младший сержант Эшбеков Комилжон Маматович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Эшбеков Комилжон Маматович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Вышка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12.01.1974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младший 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Гранатометчик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СА-020624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09.09.2026 00:55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