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Босович Дмитрий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Босович Дмитрий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Босой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17.09.1977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СА-029667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23:26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