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Герасимов Сергей Алексеевич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Герасимов Сергей Алексеевич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Юг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14.12.1973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СА-032633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01:13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