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Симонов Александр Евгеньевич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Симонов Александр Евгеньевич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Окунь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27.08.1989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СА-550709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