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Алебастров Андрей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Алебастров Андрей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Храп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11.06.1989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СА-077092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