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сержант Шарец Владимир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Шарец Владимир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Седой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03.08.1980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АВ-249025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