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(2 МСР 1 мсб) в/звание сержант Шарец Владимир Николаевич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Шарец Владимир Николаевич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Седой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03.08.1980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Механик-водитель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АВ-249025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07.09.2026 22:45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