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Сучков Константин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Сучков Константин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Торето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31.07.1991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Х-720333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00:46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