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младший сержант Майильян Руслан Мурадович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Майильян Руслан Мурадович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Таксист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30.01.1974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МТ-570626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