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(Упр. 1 мсб 1 мсб) в/звание майор Марущак Павел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Марущак Павел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Кадет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31.07.1987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майор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Начальник штаба - заместитель командира батальона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Х-976647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