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лейтенант Бикмухамедов Рамиль Галимж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икмухамедов Рамиль Галимж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ух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1.05.19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-08105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