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лейтенант Бикмухамедов Рамиль Галимж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икмухамедов Рамиль Галимж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у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5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-08105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