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Москвин Владислав Максимович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Москвин Владислав Максимович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Призрак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08.01.2000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(беспилотных летательных аппаратов коптерного типа)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СА-082749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