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(2 МСР 1 мсб) в/звание ефрейтор Братцев Максим Олегович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Братцев Максим Олегович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Пушка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14.03.1999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ефрейтор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Заместитель командира боевой машины - наводчик-оператор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ВС-328154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01:06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