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ефрейтор Горячев Иван Юрьевич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Горячев Иван Юрьевич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Горячий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16.02.1997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 — прапорщики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Старшина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ЕХ-933043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