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старший прапорщик Потапов Константин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Потапов Константин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Техник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19.09.1982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прапорщик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техник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Х-654572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