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лейтенант Зленко Дмитрий Евгеньевич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Зленко Дмитрий Евгеньевич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Днепр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17.09.2003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лейтенант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 — офицеры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Заместитель командира роты по военно-политической работе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МТ-270083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21:59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