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(2 МСР 1 мсб) в/звание лейтенант Бобров Олег Валерьевич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Бобров Олег Валерьевич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Колибри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21.11.1983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лейтенант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1 — офицеры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Командир роты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АВ-283917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06.11.2026 21:55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