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лейтенант Бобров Олег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Бобров Олег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Колибри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21.11.1983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роты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АВ-283917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