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лейтенант Шелякин Роман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Шелякин Роман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Танцор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12.04.1998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МТ-891507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