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ефрейтор Прасолов Артем Егорович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Прасолов Артем Егорович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Кизим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08.08.2005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АБ-021580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