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Шестаков Алексей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Шестаков Алексей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Картоха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02.12.1988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МТ-588562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