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(Упр. 1 мсб 1 мсб) в/звание младший сержант Асадов Али Байрамович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Асадов Али Байрамович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Бабай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01.04.1998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Инструктор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ЕХ-912474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