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Куклин Павел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клин Павел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йг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1.10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202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