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уклин Павел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клин Павел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й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10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02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