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Новосельцев Андрей Иванович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Новосельцев Андрей Иванович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Граф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10.04.1986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Н/Д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22:04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