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старший сержант Иванов Александр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Иванов Александр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Сис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30.05.1975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СА-036401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