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ефрейтор Архипов Владимир Иванович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Архипов Владимир Иванович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Архип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15.12.1968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 - помощник гранатометчика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Ю-552953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00:19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