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(1 МСР 1 мсб) в/звание рядовой Васильев Виктор Васильевич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Васильев Виктор Васильевич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Скобарь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20.01.1966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Номер расчета - стрелок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СА-031124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22:45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