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Ковалев Дмитрий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Ковалев Дмитрий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Крот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16.09.1975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Гранатометчик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УК-956533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23:01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