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Хромов Денис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Хромов Денис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Крым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17.11.1987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МТ-911418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