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Скрипин Роман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Скрипин Роман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Адвокат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28.11.1976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огнеметчик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АБ-883618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