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Младший сержант Скрипин Роман Евгеньевич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Скрипин Роман Евгеньевич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Адвокат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28.11.1976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 - огнеметчик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АБ-883618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01:04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