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(1 МСР 1 мсб) в/звание рядовой Хорошилов Павел Эдуардович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Хорошилов Павел Эдуардович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Йош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12.12.1970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Наводчик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МТ-574576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03:43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