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рядовой Хорошилов Павел Эдуардович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Хорошилов Павел Эдуардович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Йош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12.12.1970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Наводчик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МТ-574576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01:59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