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старший лейтенант Данилюк Максим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Данилюк Максим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Прапор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30.09.1991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Помощник командира батальона по огневому поражению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Х-723407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