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Дубовец Иван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Дубовец Иван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Вангог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09.02.2004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АБ-053968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